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1DDAD" w14:textId="77777777" w:rsidR="00895406" w:rsidRPr="00CC7166" w:rsidRDefault="00176FF3">
      <w:pPr>
        <w:spacing w:after="200"/>
        <w:jc w:val="center"/>
        <w:rPr>
          <w:rFonts w:ascii="Arial" w:hAnsi="Arial" w:cs="Arial"/>
        </w:rPr>
      </w:pPr>
      <w:r w:rsidRPr="00CC7166">
        <w:rPr>
          <w:rFonts w:ascii="Arial" w:hAnsi="Arial" w:cs="Arial"/>
          <w:noProof/>
        </w:rPr>
        <w:drawing>
          <wp:inline distT="0" distB="0" distL="0" distR="0" wp14:anchorId="0DC21262" wp14:editId="6948020E">
            <wp:extent cx="6309360" cy="9673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Πρόσοψη εξέδρας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96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1F444" w14:textId="77777777" w:rsidR="00895406" w:rsidRPr="00CC7166" w:rsidRDefault="00176FF3">
      <w:pPr>
        <w:jc w:val="center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30"/>
          <w:lang w:val="el-GR"/>
        </w:rPr>
        <w:t>ΦΟΡΜΑ ΣΥΜΜΕΤΟΧΗΣ ΕΚΘΕΤΗ</w:t>
      </w:r>
    </w:p>
    <w:p w14:paraId="3F4493F1" w14:textId="77777777" w:rsidR="00895406" w:rsidRPr="00CC7166" w:rsidRDefault="00176FF3">
      <w:pPr>
        <w:spacing w:after="100"/>
        <w:jc w:val="center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sz w:val="20"/>
          <w:lang w:val="el-GR"/>
        </w:rPr>
        <w:t>Έκθεση Καινοτομίας &amp; Τεχνολογίας «</w:t>
      </w:r>
      <w:r w:rsidRPr="00CC7166">
        <w:rPr>
          <w:rFonts w:ascii="Arial" w:hAnsi="Arial" w:cs="Arial"/>
          <w:sz w:val="20"/>
        </w:rPr>
        <w:t>via</w:t>
      </w:r>
      <w:r w:rsidRPr="00CC7166">
        <w:rPr>
          <w:rFonts w:ascii="Arial" w:hAnsi="Arial" w:cs="Arial"/>
          <w:sz w:val="20"/>
          <w:lang w:val="el-GR"/>
        </w:rPr>
        <w:t xml:space="preserve"> </w:t>
      </w:r>
      <w:proofErr w:type="spellStart"/>
      <w:r w:rsidRPr="00CC7166">
        <w:rPr>
          <w:rFonts w:ascii="Arial" w:hAnsi="Arial" w:cs="Arial"/>
          <w:sz w:val="20"/>
        </w:rPr>
        <w:t>Innovata</w:t>
      </w:r>
      <w:proofErr w:type="spellEnd"/>
      <w:r w:rsidRPr="00CC7166">
        <w:rPr>
          <w:rFonts w:ascii="Arial" w:hAnsi="Arial" w:cs="Arial"/>
          <w:sz w:val="20"/>
          <w:lang w:val="el-GR"/>
        </w:rPr>
        <w:t xml:space="preserve"> 2026»</w:t>
      </w:r>
    </w:p>
    <w:p w14:paraId="44EC6A14" w14:textId="77777777" w:rsidR="00895406" w:rsidRPr="00CC7166" w:rsidRDefault="00176FF3">
      <w:pPr>
        <w:spacing w:after="60"/>
        <w:jc w:val="center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 xml:space="preserve">21 &amp; 22 ΝΟΕΜΒΡΙΟΥ 2026  |  </w:t>
      </w:r>
      <w:r w:rsidRPr="00CC7166">
        <w:rPr>
          <w:rFonts w:ascii="Arial" w:hAnsi="Arial" w:cs="Arial"/>
          <w:b/>
          <w:color w:val="08099F"/>
          <w:sz w:val="20"/>
        </w:rPr>
        <w:t>HOTEL</w:t>
      </w:r>
      <w:r w:rsidRPr="00CC7166">
        <w:rPr>
          <w:rFonts w:ascii="Arial" w:hAnsi="Arial" w:cs="Arial"/>
          <w:b/>
          <w:color w:val="08099F"/>
          <w:sz w:val="20"/>
          <w:lang w:val="el-GR"/>
        </w:rPr>
        <w:t xml:space="preserve"> </w:t>
      </w:r>
      <w:r w:rsidRPr="00CC7166">
        <w:rPr>
          <w:rFonts w:ascii="Arial" w:hAnsi="Arial" w:cs="Arial"/>
          <w:b/>
          <w:color w:val="08099F"/>
          <w:sz w:val="20"/>
        </w:rPr>
        <w:t>KOUROS</w:t>
      </w:r>
      <w:r w:rsidRPr="00CC7166">
        <w:rPr>
          <w:rFonts w:ascii="Arial" w:hAnsi="Arial" w:cs="Arial"/>
          <w:b/>
          <w:color w:val="08099F"/>
          <w:sz w:val="20"/>
          <w:lang w:val="el-GR"/>
        </w:rPr>
        <w:t>, ΔΡΑΜΑ</w:t>
      </w:r>
    </w:p>
    <w:p w14:paraId="3CAE5FD3" w14:textId="77777777" w:rsidR="00895406" w:rsidRPr="00CC7166" w:rsidRDefault="00176FF3">
      <w:pPr>
        <w:spacing w:after="180"/>
        <w:jc w:val="center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ΚΟΣΤΟΣ ΣΥΜΜΕΤΟΧΗΣ: ΔΩΡΕΑΝ</w:t>
      </w:r>
    </w:p>
    <w:p w14:paraId="089F0456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1.  ΣΤΟΙΧΕΙΑ ΕΠΙΧΕΙΡΗΣΗΣ / ΦΟΡΕΑ / ΟΜΑΔΑΣ</w:t>
      </w:r>
    </w:p>
    <w:p w14:paraId="5776132F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Επωνυμία / Τίτλος Φορέα ή Ομάδας: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67CAD7E6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Α.Φ.Μ. / Δ.Ο.Υ. (εάν υπάρχει):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6BC98CFC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Αντικείμενο δραστηριότητας: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2E32981C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Διεύθυνση (Οδός, Αριθμός, Τ.Κ., Πόλη):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660227B0" w14:textId="77777777" w:rsidR="00895406" w:rsidRPr="00CC7166" w:rsidRDefault="00176FF3">
      <w:pPr>
        <w:spacing w:after="140"/>
        <w:rPr>
          <w:rFonts w:ascii="Arial" w:hAnsi="Arial" w:cs="Arial"/>
        </w:rPr>
      </w:pPr>
      <w:proofErr w:type="spellStart"/>
      <w:r w:rsidRPr="00CC7166">
        <w:rPr>
          <w:rFonts w:ascii="Arial" w:hAnsi="Arial" w:cs="Arial"/>
          <w:b/>
        </w:rPr>
        <w:t>Τηλέφωνο</w:t>
      </w:r>
      <w:proofErr w:type="spellEnd"/>
      <w:r w:rsidRPr="00CC7166">
        <w:rPr>
          <w:rFonts w:ascii="Arial" w:hAnsi="Arial" w:cs="Arial"/>
          <w:b/>
        </w:rPr>
        <w:t xml:space="preserve"> επ</w:t>
      </w:r>
      <w:proofErr w:type="spellStart"/>
      <w:r w:rsidRPr="00CC7166">
        <w:rPr>
          <w:rFonts w:ascii="Arial" w:hAnsi="Arial" w:cs="Arial"/>
          <w:b/>
        </w:rPr>
        <w:t>ικοινωνί</w:t>
      </w:r>
      <w:proofErr w:type="spellEnd"/>
      <w:r w:rsidRPr="00CC7166">
        <w:rPr>
          <w:rFonts w:ascii="Arial" w:hAnsi="Arial" w:cs="Arial"/>
          <w:b/>
        </w:rPr>
        <w:t xml:space="preserve">ας:  </w:t>
      </w:r>
      <w:r w:rsidRPr="00CC7166">
        <w:rPr>
          <w:rFonts w:ascii="Arial" w:hAnsi="Arial" w:cs="Arial"/>
          <w:color w:val="9B9DA8"/>
        </w:rPr>
        <w:t>________________________________________</w:t>
      </w:r>
    </w:p>
    <w:p w14:paraId="7BB969A5" w14:textId="77777777" w:rsidR="00895406" w:rsidRPr="00CC7166" w:rsidRDefault="00176FF3">
      <w:pPr>
        <w:spacing w:after="140"/>
        <w:rPr>
          <w:rFonts w:ascii="Arial" w:hAnsi="Arial" w:cs="Arial"/>
        </w:rPr>
      </w:pPr>
      <w:r w:rsidRPr="00CC7166">
        <w:rPr>
          <w:rFonts w:ascii="Arial" w:hAnsi="Arial" w:cs="Arial"/>
          <w:b/>
        </w:rPr>
        <w:t xml:space="preserve">E-mail:  </w:t>
      </w:r>
      <w:r w:rsidRPr="00CC7166">
        <w:rPr>
          <w:rFonts w:ascii="Arial" w:hAnsi="Arial" w:cs="Arial"/>
          <w:color w:val="9B9DA8"/>
        </w:rPr>
        <w:t>________________________________________</w:t>
      </w:r>
    </w:p>
    <w:p w14:paraId="1316CF90" w14:textId="77777777" w:rsidR="00895406" w:rsidRPr="00CC7166" w:rsidRDefault="00176FF3">
      <w:pPr>
        <w:spacing w:after="140"/>
        <w:rPr>
          <w:rFonts w:ascii="Arial" w:hAnsi="Arial" w:cs="Arial"/>
        </w:rPr>
      </w:pPr>
      <w:r w:rsidRPr="00CC7166">
        <w:rPr>
          <w:rFonts w:ascii="Arial" w:hAnsi="Arial" w:cs="Arial"/>
          <w:b/>
        </w:rPr>
        <w:t xml:space="preserve">Website / Social Media:  </w:t>
      </w:r>
      <w:r w:rsidRPr="00CC7166">
        <w:rPr>
          <w:rFonts w:ascii="Arial" w:hAnsi="Arial" w:cs="Arial"/>
          <w:color w:val="9B9DA8"/>
        </w:rPr>
        <w:t>________________________________________</w:t>
      </w:r>
    </w:p>
    <w:p w14:paraId="6D257B16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Επιμελητήριο στο οποίο ανήκει (εφόσον υπάρχει):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51EFE889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2.  ΣΤΟΙΧΕΙΑ ΥΠΕΥΘΥΝΟΥ ΕΠΙΚΟΙΝΩΝΙΑΣ</w:t>
      </w:r>
    </w:p>
    <w:p w14:paraId="7BB8BF09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Ονοματεπώνυμο: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7985B25A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Ιδιότητα / Θέση: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19183117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Κινητό τηλέφωνο: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502005B6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</w:rPr>
        <w:t>E</w:t>
      </w:r>
      <w:r w:rsidRPr="00CC7166">
        <w:rPr>
          <w:rFonts w:ascii="Arial" w:hAnsi="Arial" w:cs="Arial"/>
          <w:b/>
          <w:lang w:val="el-GR"/>
        </w:rPr>
        <w:t>-</w:t>
      </w:r>
      <w:r w:rsidRPr="00CC7166">
        <w:rPr>
          <w:rFonts w:ascii="Arial" w:hAnsi="Arial" w:cs="Arial"/>
          <w:b/>
        </w:rPr>
        <w:t>mail</w:t>
      </w:r>
      <w:r w:rsidRPr="00CC7166">
        <w:rPr>
          <w:rFonts w:ascii="Arial" w:hAnsi="Arial" w:cs="Arial"/>
          <w:b/>
          <w:lang w:val="el-GR"/>
        </w:rPr>
        <w:t xml:space="preserve">:  </w:t>
      </w:r>
      <w:r w:rsidRPr="00CC7166">
        <w:rPr>
          <w:rFonts w:ascii="Arial" w:hAnsi="Arial" w:cs="Arial"/>
          <w:color w:val="9B9DA8"/>
          <w:lang w:val="el-GR"/>
        </w:rPr>
        <w:t>________________________________________</w:t>
      </w:r>
    </w:p>
    <w:p w14:paraId="77880675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3.  ΠΕΡΙΓΡΑΦΗ ΕΚΘΕΜΑΤΟΣ &amp; ΚΑΙΝΟΤΟΜΙΑΣ</w:t>
      </w:r>
    </w:p>
    <w:p w14:paraId="386CB38F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>Περιγράψτε σύντομα τα προϊόντα, τις υπηρεσίες ή την τεχνολογική λύση που θα παρουσιάσετε στο περίπτερό σας:</w:t>
      </w:r>
    </w:p>
    <w:p w14:paraId="3D3154EF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color w:val="686E7C"/>
          <w:sz w:val="17"/>
          <w:lang w:val="el-GR"/>
        </w:rPr>
        <w:t>________________________________________________________________________________</w:t>
      </w:r>
    </w:p>
    <w:p w14:paraId="28942274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color w:val="686E7C"/>
          <w:sz w:val="17"/>
          <w:lang w:val="el-GR"/>
        </w:rPr>
        <w:t>________________________________________________________________________________</w:t>
      </w:r>
    </w:p>
    <w:p w14:paraId="55FA7682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color w:val="686E7C"/>
          <w:sz w:val="17"/>
          <w:lang w:val="el-GR"/>
        </w:rPr>
        <w:t>________________________________________________________________________________</w:t>
      </w:r>
    </w:p>
    <w:p w14:paraId="04A1462D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>Στάδιο ανάπτυξης (επιλέξτε ένα):</w:t>
      </w:r>
    </w:p>
    <w:p w14:paraId="3A0DE3DF" w14:textId="77777777" w:rsidR="00895406" w:rsidRPr="00CC7166" w:rsidRDefault="00176FF3">
      <w:pPr>
        <w:spacing w:after="6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Ιδέα / πρωτότυπο     </w:t>
      </w: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Πιλοτική εφαρμογή     </w:t>
      </w: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Διαθέσιμο στην αγορά</w:t>
      </w:r>
    </w:p>
    <w:p w14:paraId="41EBAC57" w14:textId="77777777" w:rsidR="00895406" w:rsidRPr="00CC7166" w:rsidRDefault="00176FF3">
      <w:pPr>
        <w:spacing w:after="10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Άλλο: ______________________________________</w:t>
      </w:r>
    </w:p>
    <w:p w14:paraId="093F66A4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>Τρόπος παρουσίασης (επιλέξτε όσα ισχύουν):</w:t>
      </w:r>
    </w:p>
    <w:p w14:paraId="60515DAB" w14:textId="77777777" w:rsidR="00895406" w:rsidRPr="00CC7166" w:rsidRDefault="00176FF3">
      <w:pPr>
        <w:spacing w:after="10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Εκθεσιακή παρουσία     </w:t>
      </w: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Επίδειξη / </w:t>
      </w:r>
      <w:r w:rsidRPr="00CC7166">
        <w:rPr>
          <w:rFonts w:ascii="Arial" w:hAnsi="Arial" w:cs="Arial"/>
        </w:rPr>
        <w:t>demo</w:t>
      </w:r>
      <w:r w:rsidRPr="00CC7166">
        <w:rPr>
          <w:rFonts w:ascii="Arial" w:hAnsi="Arial" w:cs="Arial"/>
          <w:lang w:val="el-GR"/>
        </w:rPr>
        <w:t xml:space="preserve">     </w:t>
      </w: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Άλλο: ___________________</w:t>
      </w:r>
    </w:p>
    <w:p w14:paraId="2C835CE3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4.  ΕΚΘΕΣΙΑΚΟΣ ΧΩΡΟΣ &amp; ΠΑΡΟΧΕΣ (ΔΩΡΕΑΝ)</w:t>
      </w:r>
    </w:p>
    <w:p w14:paraId="468F3C4B" w14:textId="77777777" w:rsidR="00895406" w:rsidRPr="00CC7166" w:rsidRDefault="00176FF3">
      <w:pPr>
        <w:spacing w:after="10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>Στους συμμετέχοντες παρέχεται ο παρακάτω βασικός εξοπλισμός:</w:t>
      </w:r>
    </w:p>
    <w:p w14:paraId="0008DC32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✓</w:t>
      </w:r>
      <w:r w:rsidRPr="00CC7166">
        <w:rPr>
          <w:rFonts w:ascii="Arial" w:hAnsi="Arial" w:cs="Arial"/>
          <w:lang w:val="el-GR"/>
        </w:rPr>
        <w:t xml:space="preserve">  </w:t>
      </w:r>
      <w:r w:rsidRPr="00CC7166">
        <w:rPr>
          <w:rFonts w:ascii="Arial" w:hAnsi="Arial" w:cs="Arial"/>
        </w:rPr>
        <w:t>Standard</w:t>
      </w:r>
      <w:r w:rsidRPr="00CC7166">
        <w:rPr>
          <w:rFonts w:ascii="Arial" w:hAnsi="Arial" w:cs="Arial"/>
          <w:lang w:val="el-GR"/>
        </w:rPr>
        <w:t xml:space="preserve"> </w:t>
      </w:r>
      <w:r w:rsidRPr="00CC7166">
        <w:rPr>
          <w:rFonts w:ascii="Arial" w:hAnsi="Arial" w:cs="Arial"/>
        </w:rPr>
        <w:t>Stand</w:t>
      </w:r>
      <w:r w:rsidRPr="00CC7166">
        <w:rPr>
          <w:rFonts w:ascii="Arial" w:hAnsi="Arial" w:cs="Arial"/>
          <w:lang w:val="el-GR"/>
        </w:rPr>
        <w:t xml:space="preserve"> περίπου 3 τ.μ. (δομή / χώρος 3 τ.μ.)</w:t>
      </w:r>
    </w:p>
    <w:p w14:paraId="6EF4208F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✓</w:t>
      </w:r>
      <w:r w:rsidRPr="00CC7166">
        <w:rPr>
          <w:rFonts w:ascii="Arial" w:hAnsi="Arial" w:cs="Arial"/>
          <w:lang w:val="el-GR"/>
        </w:rPr>
        <w:t xml:space="preserve">  1 γραφείο / τραπέζι και 2 καρέκλες</w:t>
      </w:r>
    </w:p>
    <w:p w14:paraId="26920936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lastRenderedPageBreak/>
        <w:t>✓</w:t>
      </w:r>
      <w:r w:rsidRPr="00CC7166">
        <w:rPr>
          <w:rFonts w:ascii="Arial" w:hAnsi="Arial" w:cs="Arial"/>
          <w:lang w:val="el-GR"/>
        </w:rPr>
        <w:t xml:space="preserve">  Παροχή ρεύματος και φωτισμός</w:t>
      </w:r>
    </w:p>
    <w:p w14:paraId="4B781616" w14:textId="77777777" w:rsidR="00895406" w:rsidRPr="00CC7166" w:rsidRDefault="00176FF3">
      <w:pPr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✓</w:t>
      </w:r>
      <w:r w:rsidRPr="00CC7166">
        <w:rPr>
          <w:rFonts w:ascii="Arial" w:hAnsi="Arial" w:cs="Arial"/>
          <w:lang w:val="el-GR"/>
        </w:rPr>
        <w:t xml:space="preserve">  Πρόσβαση στο </w:t>
      </w:r>
      <w:r w:rsidRPr="00CC7166">
        <w:rPr>
          <w:rFonts w:ascii="Arial" w:hAnsi="Arial" w:cs="Arial"/>
        </w:rPr>
        <w:t>Wi</w:t>
      </w:r>
      <w:r w:rsidRPr="00CC7166">
        <w:rPr>
          <w:rFonts w:ascii="Arial" w:hAnsi="Arial" w:cs="Arial"/>
          <w:lang w:val="el-GR"/>
        </w:rPr>
        <w:t>-</w:t>
      </w:r>
      <w:r w:rsidRPr="00CC7166">
        <w:rPr>
          <w:rFonts w:ascii="Arial" w:hAnsi="Arial" w:cs="Arial"/>
        </w:rPr>
        <w:t>Fi</w:t>
      </w:r>
      <w:r w:rsidRPr="00CC7166">
        <w:rPr>
          <w:rFonts w:ascii="Arial" w:hAnsi="Arial" w:cs="Arial"/>
          <w:lang w:val="el-GR"/>
        </w:rPr>
        <w:t xml:space="preserve"> της έκθεσης</w:t>
      </w:r>
    </w:p>
    <w:p w14:paraId="58F4300B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5.  ΕΠΙΠΛΕΟΝ ΑΙΤΗΜΑΤΑ / ΤΕΧΝΙΚΕΣ ΑΝΑΓΚΕΣ</w:t>
      </w:r>
    </w:p>
    <w:p w14:paraId="2AE3FEF9" w14:textId="77777777" w:rsidR="00895406" w:rsidRPr="00CC7166" w:rsidRDefault="00176FF3">
      <w:pPr>
        <w:spacing w:after="10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color w:val="686E7C"/>
          <w:sz w:val="17"/>
          <w:lang w:val="el-GR"/>
        </w:rPr>
        <w:t>Προαιρετικά και κατόπιν διαθεσιμότητας.</w:t>
      </w:r>
    </w:p>
    <w:p w14:paraId="07B95C4B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Επιπλέον καρέκλες       Ποσότητα: __________</w:t>
      </w:r>
    </w:p>
    <w:p w14:paraId="6D1667CF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Ενδιαφέρον για σύντομη παρουσίαση / </w:t>
      </w:r>
      <w:r w:rsidRPr="00CC7166">
        <w:rPr>
          <w:rFonts w:ascii="Arial" w:hAnsi="Arial" w:cs="Arial"/>
        </w:rPr>
        <w:t>pitch</w:t>
      </w:r>
      <w:r w:rsidRPr="00CC7166">
        <w:rPr>
          <w:rFonts w:ascii="Arial" w:hAnsi="Arial" w:cs="Arial"/>
          <w:lang w:val="el-GR"/>
        </w:rPr>
        <w:t xml:space="preserve">       Επιθυμητή διάρκεια: ______ λεπτά</w:t>
      </w:r>
    </w:p>
    <w:p w14:paraId="4F80F358" w14:textId="77777777" w:rsidR="00895406" w:rsidRPr="00CC7166" w:rsidRDefault="00176FF3">
      <w:pPr>
        <w:keepNext/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6.  ΔΗΛΩΣΗ &amp; ΟΡΟΙ ΣΥΜΜΕΤΟΧΗΣ</w:t>
      </w:r>
    </w:p>
    <w:p w14:paraId="21045681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>•  Η συμμετοχή στην έκθεση είναι δωρεάν.</w:t>
      </w:r>
    </w:p>
    <w:p w14:paraId="3E775D0B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>•  Ο εκθέτης αναλαμβάνει την υποχρέωση να παρίσταται στο περίπτερό του καθ’ όλη τη διάρκεια λειτουργίας της έκθεσης (21 &amp; 22 Νοεμβρίου 2026).</w:t>
      </w:r>
    </w:p>
    <w:p w14:paraId="04394218" w14:textId="77777777" w:rsidR="00895406" w:rsidRPr="00CC7166" w:rsidRDefault="00176FF3">
      <w:pPr>
        <w:spacing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 xml:space="preserve">•  Τα στοιχεία που υποβάλλονται χρησιμοποιούνται για την οργάνωση και τη διαχείριση της συμμετοχής στη </w:t>
      </w:r>
      <w:r w:rsidRPr="00CC7166">
        <w:rPr>
          <w:rFonts w:ascii="Arial" w:hAnsi="Arial" w:cs="Arial"/>
        </w:rPr>
        <w:t>via</w:t>
      </w:r>
      <w:r w:rsidRPr="00CC7166">
        <w:rPr>
          <w:rFonts w:ascii="Arial" w:hAnsi="Arial" w:cs="Arial"/>
          <w:lang w:val="el-GR"/>
        </w:rPr>
        <w:t xml:space="preserve"> </w:t>
      </w:r>
      <w:proofErr w:type="spellStart"/>
      <w:r w:rsidRPr="00CC7166">
        <w:rPr>
          <w:rFonts w:ascii="Arial" w:hAnsi="Arial" w:cs="Arial"/>
        </w:rPr>
        <w:t>Innovata</w:t>
      </w:r>
      <w:proofErr w:type="spellEnd"/>
      <w:r w:rsidRPr="00CC7166">
        <w:rPr>
          <w:rFonts w:ascii="Arial" w:hAnsi="Arial" w:cs="Arial"/>
          <w:lang w:val="el-GR"/>
        </w:rPr>
        <w:t xml:space="preserve"> 2026, σύμφωνα με την ενημέρωση επεξεργασίας προσωπικών δεδομένων της διοργάνωσης.</w:t>
      </w:r>
    </w:p>
    <w:p w14:paraId="23A9570E" w14:textId="77777777" w:rsidR="00895406" w:rsidRPr="00CC7166" w:rsidRDefault="00176FF3">
      <w:pPr>
        <w:spacing w:after="10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Δηλώνω ότι τα στοιχεία είναι ακριβή και αποδέχομαι τους όρους συμμετοχής.</w:t>
      </w:r>
    </w:p>
    <w:p w14:paraId="327D80BD" w14:textId="77777777" w:rsidR="00895406" w:rsidRPr="00CC7166" w:rsidRDefault="00176FF3">
      <w:pPr>
        <w:spacing w:after="200"/>
        <w:rPr>
          <w:rFonts w:ascii="Arial" w:hAnsi="Arial" w:cs="Arial"/>
          <w:lang w:val="el-GR"/>
        </w:rPr>
      </w:pPr>
      <w:r w:rsidRPr="00CC7166">
        <w:rPr>
          <w:rFonts w:ascii="Segoe UI Symbol" w:hAnsi="Segoe UI Symbol" w:cs="Segoe UI Symbol"/>
          <w:lang w:val="el-GR"/>
        </w:rPr>
        <w:t>☐</w:t>
      </w:r>
      <w:r w:rsidRPr="00CC7166">
        <w:rPr>
          <w:rFonts w:ascii="Arial" w:hAnsi="Arial" w:cs="Arial"/>
          <w:lang w:val="el-GR"/>
        </w:rPr>
        <w:t xml:space="preserve">  Έλαβα γνώση της ενημέρωσης για την επεξεργασία προσωπικών δεδομένων.</w:t>
      </w:r>
    </w:p>
    <w:p w14:paraId="13C0A589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Ημερομηνία:  </w:t>
      </w:r>
      <w:r w:rsidRPr="00CC7166">
        <w:rPr>
          <w:rFonts w:ascii="Arial" w:hAnsi="Arial" w:cs="Arial"/>
          <w:color w:val="9B9DA8"/>
          <w:lang w:val="el-GR"/>
        </w:rPr>
        <w:t>____ / ____ / 2026</w:t>
      </w:r>
    </w:p>
    <w:p w14:paraId="609B2833" w14:textId="77777777" w:rsidR="00895406" w:rsidRPr="00CC7166" w:rsidRDefault="00176FF3">
      <w:pPr>
        <w:spacing w:after="14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lang w:val="el-GR"/>
        </w:rPr>
        <w:t xml:space="preserve">Ο/Η Δηλών/ούσα (Υπογραφή / Σφραγίδα):  </w:t>
      </w:r>
      <w:r w:rsidRPr="00CC7166">
        <w:rPr>
          <w:rFonts w:ascii="Arial" w:hAnsi="Arial" w:cs="Arial"/>
          <w:color w:val="9B9DA8"/>
          <w:lang w:val="el-GR"/>
        </w:rPr>
        <w:t>_______________________________________________</w:t>
      </w:r>
    </w:p>
    <w:p w14:paraId="3B62058B" w14:textId="77777777" w:rsidR="00895406" w:rsidRPr="00CC7166" w:rsidRDefault="00176FF3">
      <w:pPr>
        <w:spacing w:before="220" w:after="12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b/>
          <w:color w:val="08099F"/>
          <w:sz w:val="20"/>
          <w:lang w:val="el-GR"/>
        </w:rPr>
        <w:t>ΥΠΟΒΟΛΗ ΦΟΡΜΑΣ</w:t>
      </w:r>
    </w:p>
    <w:p w14:paraId="3A7B773E" w14:textId="15E339D9" w:rsidR="00895406" w:rsidRPr="00865F75" w:rsidRDefault="00176FF3">
      <w:pPr>
        <w:spacing w:after="6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 xml:space="preserve">Αποστολή συμπληρωμένης φόρμας στο: </w:t>
      </w:r>
      <w:hyperlink r:id="rId7" w:history="1">
        <w:r w:rsidR="00865F75" w:rsidRPr="00CE4FDA">
          <w:rPr>
            <w:rStyle w:val="-"/>
            <w:rFonts w:ascii="Arial" w:hAnsi="Arial" w:cs="Arial"/>
          </w:rPr>
          <w:t>info</w:t>
        </w:r>
        <w:r w:rsidR="00865F75" w:rsidRPr="00CE4FDA">
          <w:rPr>
            <w:rStyle w:val="-"/>
            <w:rFonts w:ascii="Arial" w:hAnsi="Arial" w:cs="Arial"/>
            <w:lang w:val="el-GR"/>
          </w:rPr>
          <w:t>@</w:t>
        </w:r>
        <w:proofErr w:type="spellStart"/>
        <w:r w:rsidR="00865F75" w:rsidRPr="00CE4FDA">
          <w:rPr>
            <w:rStyle w:val="-"/>
            <w:rFonts w:ascii="Arial" w:hAnsi="Arial" w:cs="Arial"/>
          </w:rPr>
          <w:t>chamberofkavala</w:t>
        </w:r>
        <w:proofErr w:type="spellEnd"/>
        <w:r w:rsidR="00865F75" w:rsidRPr="00CE4FDA">
          <w:rPr>
            <w:rStyle w:val="-"/>
            <w:rFonts w:ascii="Arial" w:hAnsi="Arial" w:cs="Arial"/>
            <w:lang w:val="el-GR"/>
          </w:rPr>
          <w:t>.</w:t>
        </w:r>
        <w:r w:rsidR="00865F75" w:rsidRPr="00CE4FDA">
          <w:rPr>
            <w:rStyle w:val="-"/>
            <w:rFonts w:ascii="Arial" w:hAnsi="Arial" w:cs="Arial"/>
          </w:rPr>
          <w:t>gr</w:t>
        </w:r>
      </w:hyperlink>
      <w:r w:rsidR="00865F75" w:rsidRPr="00865F75">
        <w:rPr>
          <w:rFonts w:ascii="Arial" w:hAnsi="Arial" w:cs="Arial"/>
          <w:lang w:val="el-GR"/>
        </w:rPr>
        <w:t xml:space="preserve"> </w:t>
      </w:r>
    </w:p>
    <w:p w14:paraId="2D9A65E2" w14:textId="7E717CDA" w:rsidR="00895406" w:rsidRPr="00CC7166" w:rsidRDefault="00176FF3">
      <w:pPr>
        <w:spacing w:after="6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 xml:space="preserve">Προθεσμία υποβολής: </w:t>
      </w:r>
      <w:r w:rsidR="00CC7166">
        <w:rPr>
          <w:rFonts w:ascii="Arial" w:hAnsi="Arial" w:cs="Arial"/>
          <w:lang w:val="el-GR"/>
        </w:rPr>
        <w:t>12/11/2026</w:t>
      </w:r>
    </w:p>
    <w:p w14:paraId="17435935" w14:textId="705D81EF" w:rsidR="00895406" w:rsidRPr="00CC7166" w:rsidRDefault="00176FF3">
      <w:pPr>
        <w:spacing w:after="60"/>
        <w:rPr>
          <w:rFonts w:ascii="Arial" w:hAnsi="Arial" w:cs="Arial"/>
          <w:lang w:val="el-GR"/>
        </w:rPr>
      </w:pPr>
      <w:r w:rsidRPr="00CC7166">
        <w:rPr>
          <w:rFonts w:ascii="Arial" w:hAnsi="Arial" w:cs="Arial"/>
          <w:lang w:val="el-GR"/>
        </w:rPr>
        <w:t xml:space="preserve">Για πληροφορίες: </w:t>
      </w:r>
      <w:r w:rsidR="00865F75">
        <w:rPr>
          <w:rFonts w:ascii="Arial" w:hAnsi="Arial" w:cs="Arial"/>
          <w:lang w:val="el-GR"/>
        </w:rPr>
        <w:t xml:space="preserve">2510-222212 εσωτ.4, </w:t>
      </w:r>
      <w:r w:rsidR="004F54A3">
        <w:rPr>
          <w:rFonts w:ascii="Arial" w:hAnsi="Arial" w:cs="Arial"/>
          <w:lang w:val="el-GR"/>
        </w:rPr>
        <w:t>κα</w:t>
      </w:r>
      <w:r w:rsidR="00865F75">
        <w:rPr>
          <w:rFonts w:ascii="Arial" w:hAnsi="Arial" w:cs="Arial"/>
          <w:lang w:val="el-GR"/>
        </w:rPr>
        <w:t>.</w:t>
      </w:r>
      <w:r w:rsidR="004F54A3">
        <w:rPr>
          <w:rFonts w:ascii="Arial" w:hAnsi="Arial" w:cs="Arial"/>
          <w:lang w:val="el-GR"/>
        </w:rPr>
        <w:t xml:space="preserve"> </w:t>
      </w:r>
      <w:r w:rsidR="00865F75">
        <w:rPr>
          <w:rFonts w:ascii="Arial" w:hAnsi="Arial" w:cs="Arial"/>
          <w:lang w:val="el-GR"/>
        </w:rPr>
        <w:t xml:space="preserve">Μαυρομμάτη </w:t>
      </w:r>
      <w:proofErr w:type="spellStart"/>
      <w:r w:rsidR="00865F75">
        <w:rPr>
          <w:rFonts w:ascii="Arial" w:hAnsi="Arial" w:cs="Arial"/>
          <w:lang w:val="el-GR"/>
        </w:rPr>
        <w:t>Σούζη</w:t>
      </w:r>
      <w:proofErr w:type="spellEnd"/>
    </w:p>
    <w:sectPr w:rsidR="00895406" w:rsidRPr="00CC7166" w:rsidSect="00034616">
      <w:pgSz w:w="12240" w:h="15840"/>
      <w:pgMar w:top="907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4632874">
    <w:abstractNumId w:val="8"/>
  </w:num>
  <w:num w:numId="2" w16cid:durableId="1973095955">
    <w:abstractNumId w:val="6"/>
  </w:num>
  <w:num w:numId="3" w16cid:durableId="1845364113">
    <w:abstractNumId w:val="5"/>
  </w:num>
  <w:num w:numId="4" w16cid:durableId="742982">
    <w:abstractNumId w:val="4"/>
  </w:num>
  <w:num w:numId="5" w16cid:durableId="463306556">
    <w:abstractNumId w:val="7"/>
  </w:num>
  <w:num w:numId="6" w16cid:durableId="1653294210">
    <w:abstractNumId w:val="3"/>
  </w:num>
  <w:num w:numId="7" w16cid:durableId="1159036741">
    <w:abstractNumId w:val="2"/>
  </w:num>
  <w:num w:numId="8" w16cid:durableId="1862275549">
    <w:abstractNumId w:val="1"/>
  </w:num>
  <w:num w:numId="9" w16cid:durableId="190841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521"/>
    <w:rsid w:val="00034616"/>
    <w:rsid w:val="0006063C"/>
    <w:rsid w:val="0013371E"/>
    <w:rsid w:val="0015074B"/>
    <w:rsid w:val="00176FF3"/>
    <w:rsid w:val="0029639D"/>
    <w:rsid w:val="00326F90"/>
    <w:rsid w:val="004F54A3"/>
    <w:rsid w:val="005A14FC"/>
    <w:rsid w:val="00865F75"/>
    <w:rsid w:val="00895406"/>
    <w:rsid w:val="00AA1D8D"/>
    <w:rsid w:val="00B47730"/>
    <w:rsid w:val="00CB0664"/>
    <w:rsid w:val="00CC7166"/>
    <w:rsid w:val="00ED26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8F9A73"/>
  <w14:defaultImageDpi w14:val="300"/>
  <w15:docId w15:val="{C20EF3D8-E70C-9A47-8572-FDB20391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Aptos" w:hAnsi="Aptos"/>
      <w:color w:val="222734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865F75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865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chamberofkaval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KCCI KCCI</cp:lastModifiedBy>
  <cp:revision>5</cp:revision>
  <dcterms:created xsi:type="dcterms:W3CDTF">2026-11-02T11:34:00Z</dcterms:created>
  <dcterms:modified xsi:type="dcterms:W3CDTF">2026-11-05T12:46:00Z</dcterms:modified>
  <cp:category/>
</cp:coreProperties>
</file>